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c>
          <w:tcPr>
            <w:tcW w:type="dxa" w:w="10035"/>
            <w:shd w:fill="12324B"/>
            <w:tcBorders>
              <w:top w:val="nil"/>
              <w:left w:val="nil"/>
              <w:bottom w:val="nil"/>
              <w:right w:val="nil"/>
            </w:tcBorders>
            <w:tcMar>
              <w:top w:w="160" w:type="dxa"/>
              <w:start w:w="380" w:type="dxa"/>
              <w:bottom w:w="150" w:type="dxa"/>
              <w:end w:w="380" w:type="dxa"/>
            </w:tcMar>
          </w:tcPr>
          <w:p>
            <w:pPr>
              <w:spacing w:after="80"/>
            </w:pPr>
            <w:r>
              <w:rPr>
                <w:rFonts w:ascii="Georgia" w:hAnsi="Georgia" w:eastAsia="Georgia"/>
                <w:b/>
                <w:i w:val="0"/>
                <w:color w:val="FFFFFF"/>
                <w:sz w:val="30"/>
              </w:rPr>
              <w:t>KANCELARIA KOMORNICZA NR III W KOŚCIERZYNIE</w:t>
            </w:r>
          </w:p>
          <w:p>
            <w:r>
              <w:rPr>
                <w:rFonts w:ascii="Arial" w:hAnsi="Arial" w:eastAsia="Arial"/>
                <w:b w:val="0"/>
                <w:i w:val="0"/>
                <w:color w:val="FFFFFF"/>
                <w:sz w:val="18"/>
              </w:rPr>
              <w:t>Komornik Sądowy przy Sądzie Rejonowym w Kościerzynie Mateusz Zarębski</w:t>
            </w:r>
          </w:p>
          <w:p>
            <w:pPr>
              <w:jc w:val="right"/>
            </w:pPr>
            <w:r>
              <w:rPr>
                <w:rFonts w:ascii="Georgia" w:hAnsi="Georgia" w:eastAsia="Georgia"/>
                <w:b w:val="0"/>
                <w:i w:val="0"/>
                <w:color w:val="C7973E"/>
                <w:sz w:val="20"/>
              </w:rPr>
              <w:t>PACTA SUNT SERVANDA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018"/>
        <w:gridCol w:w="5018"/>
      </w:tblGrid>
      <w:tr>
        <w:tc>
          <w:tcPr>
            <w:tcW w:type="dxa" w:w="5017"/>
            <w:tcMar>
              <w:top w:w="9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single" w:sz="6" w:color="9EABB6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5F7182"/>
                <w:sz w:val="18"/>
              </w:rPr>
              <w:t>Sygn. akt:</w:t>
            </w:r>
          </w:p>
        </w:tc>
        <w:tc>
          <w:tcPr>
            <w:tcW w:type="dxa" w:w="5017"/>
            <w:tcMar>
              <w:top w:w="9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single" w:sz="6" w:color="9EABB6"/>
              <w:right w:val="nil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5F7182"/>
                <w:sz w:val="18"/>
              </w:rPr>
              <w:t>miejscowość i data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018"/>
        <w:gridCol w:w="5018"/>
      </w:tblGrid>
      <w:tr>
        <w:tc>
          <w:tcPr>
            <w:tcW w:type="dxa" w:w="4876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5159"/>
            <w:tcBorders>
              <w:top w:val="single" w:sz="8" w:color="5F7182"/>
              <w:left w:val="nil"/>
              <w:bottom w:val="nil"/>
              <w:right w:val="nil"/>
            </w:tcBorders>
            <w:tcMar>
              <w:top w:w="65" w:type="dxa"/>
              <w:start w:w="200" w:type="dxa"/>
              <w:bottom w:w="0" w:type="dxa"/>
              <w:end w:w="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202B34"/>
                <w:sz w:val="18"/>
              </w:rPr>
              <w:t>Komornik Sądowy przy Sądzie Rejonowym</w:t>
            </w:r>
          </w:p>
          <w:p>
            <w:r>
              <w:rPr>
                <w:rFonts w:ascii="Arial" w:hAnsi="Arial" w:eastAsia="Arial"/>
                <w:b/>
                <w:i w:val="0"/>
                <w:color w:val="202B34"/>
                <w:sz w:val="18"/>
              </w:rPr>
              <w:t>w Kościerzynie Mateusz Zarębski</w:t>
            </w:r>
          </w:p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Kancelaria Komornicza nr III w Kościerzynie</w:t>
            </w:r>
          </w:p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ul. 8 Marca 36A</w:t>
            </w:r>
          </w:p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83-400 Kościerzyna</w:t>
            </w:r>
          </w:p>
        </w:tc>
      </w:tr>
    </w:tbl>
    <w:p>
      <w:pPr>
        <w:spacing w:before="120" w:after="60"/>
        <w:jc w:val="center"/>
      </w:pPr>
      <w:r>
        <w:rPr>
          <w:rFonts w:ascii="Georgia" w:hAnsi="Georgia" w:eastAsia="Georgia"/>
          <w:b/>
          <w:i w:val="0"/>
          <w:color w:val="12324B"/>
          <w:sz w:val="31"/>
        </w:rPr>
        <w:t>WNIOSEK O UMORZENIE POSTĘPOWANIA EGZEKUCYJNEGO</w:t>
      </w:r>
    </w:p>
    <w:p>
      <w:pPr>
        <w:spacing w:after="100"/>
        <w:jc w:val="center"/>
      </w:pPr>
      <w:r>
        <w:rPr>
          <w:rFonts w:ascii="Arial" w:hAnsi="Arial" w:eastAsia="Arial"/>
          <w:b w:val="0"/>
          <w:i w:val="0"/>
          <w:color w:val="C7973E"/>
          <w:sz w:val="16"/>
        </w:rPr>
        <w:t>__________________________</w:t>
      </w:r>
    </w:p>
    <w:p>
      <w:pPr>
        <w:spacing w:before="120" w:after="140"/>
      </w:pPr>
      <w:r>
        <w:rPr>
          <w:rFonts w:ascii="Arial" w:hAnsi="Arial" w:eastAsia="Arial"/>
          <w:b/>
          <w:i w:val="0"/>
          <w:color w:val="12324B"/>
          <w:sz w:val="20"/>
        </w:rPr>
        <w:t>DANE UCZESTNIKÓW/STRON POSTĘPOWANIA</w:t>
      </w:r>
    </w:p>
    <w:p>
      <w:pPr>
        <w:spacing w:before="40" w:after="40"/>
      </w:pPr>
      <w:r>
        <w:rPr>
          <w:rFonts w:ascii="Arial" w:hAnsi="Arial" w:eastAsia="Arial"/>
          <w:b/>
          <w:i w:val="0"/>
          <w:color w:val="202B34"/>
          <w:sz w:val="19"/>
        </w:rPr>
        <w:t>Wierzyciel - imię i nazwisko / nazwa: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trHeight w:val="283"/>
        </w:trPr>
        <w:tc>
          <w:tcPr>
            <w:tcW w:type="dxa" w:w="9808"/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</w:tr>
    </w:tbl>
    <w:p>
      <w:pPr>
        <w:spacing w:after="20"/>
      </w:pPr>
    </w:p>
    <w:p>
      <w:pPr>
        <w:spacing w:before="40" w:after="40"/>
      </w:pPr>
      <w:r>
        <w:rPr>
          <w:rFonts w:ascii="Arial" w:hAnsi="Arial" w:eastAsia="Arial"/>
          <w:b/>
          <w:i w:val="0"/>
          <w:color w:val="202B34"/>
          <w:sz w:val="19"/>
        </w:rPr>
        <w:t>Adres i numer telefonu: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trHeight w:val="283"/>
        </w:trPr>
        <w:tc>
          <w:tcPr>
            <w:tcW w:type="dxa" w:w="9808"/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trHeight w:val="283"/>
        </w:trPr>
        <w:tc>
          <w:tcPr>
            <w:tcW w:type="dxa" w:w="9808"/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</w:tr>
    </w:tbl>
    <w:p>
      <w:pPr>
        <w:spacing w:after="20"/>
      </w:pPr>
    </w:p>
    <w:p>
      <w:pPr>
        <w:spacing w:before="40" w:after="40"/>
      </w:pPr>
      <w:r>
        <w:rPr>
          <w:rFonts w:ascii="Arial" w:hAnsi="Arial" w:eastAsia="Arial"/>
          <w:b/>
          <w:i w:val="0"/>
          <w:color w:val="202B34"/>
          <w:sz w:val="19"/>
        </w:rPr>
        <w:t>Dłużnik - imię i nazwisko / nazwa: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trHeight w:val="283"/>
        </w:trPr>
        <w:tc>
          <w:tcPr>
            <w:tcW w:type="dxa" w:w="9808"/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</w:tr>
    </w:tbl>
    <w:p>
      <w:pPr>
        <w:spacing w:after="20"/>
      </w:pPr>
    </w:p>
    <w:p>
      <w:pPr>
        <w:spacing w:before="40" w:after="40"/>
      </w:pPr>
      <w:r>
        <w:rPr>
          <w:rFonts w:ascii="Arial" w:hAnsi="Arial" w:eastAsia="Arial"/>
          <w:b/>
          <w:i w:val="0"/>
          <w:color w:val="202B34"/>
          <w:sz w:val="19"/>
        </w:rPr>
        <w:t>Adres: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trHeight w:val="283"/>
        </w:trPr>
        <w:tc>
          <w:tcPr>
            <w:tcW w:type="dxa" w:w="9808"/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trHeight w:val="283"/>
        </w:trPr>
        <w:tc>
          <w:tcPr>
            <w:tcW w:type="dxa" w:w="9808"/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</w:tr>
    </w:tbl>
    <w:p>
      <w:pPr>
        <w:spacing w:after="20"/>
      </w:pPr>
    </w:p>
    <w:p>
      <w:pPr>
        <w:spacing w:before="160" w:after="140"/>
        <w:jc w:val="center"/>
      </w:pPr>
      <w:r>
        <w:rPr>
          <w:rFonts w:ascii="Arial" w:hAnsi="Arial" w:eastAsia="Arial"/>
          <w:b/>
          <w:i w:val="0"/>
          <w:color w:val="12324B"/>
          <w:sz w:val="20"/>
        </w:rPr>
        <w:t>WNIOSEK</w:t>
      </w:r>
    </w:p>
    <w:p>
      <w:pPr>
        <w:spacing w:line="276" w:lineRule="auto"/>
        <w:jc w:val="center"/>
      </w:pPr>
      <w:r>
        <w:rPr>
          <w:rFonts w:ascii="Arial" w:hAnsi="Arial" w:eastAsia="Arial"/>
          <w:b w:val="0"/>
          <w:i w:val="0"/>
          <w:color w:val="202B34"/>
          <w:sz w:val="21"/>
        </w:rPr>
        <w:t>Wnoszę o umorzenie postępowania egzekucyjnego w całości i zwrot tytułu wykonawczego.</w:t>
      </w:r>
    </w:p>
    <w:p>
      <w:pPr>
        <w:spacing w:before="200" w:after="80"/>
        <w:jc w:val="center"/>
      </w:pPr>
      <w:r>
        <w:rPr>
          <w:rFonts w:ascii="Arial" w:hAnsi="Arial" w:eastAsia="Arial"/>
          <w:b/>
          <w:i w:val="0"/>
          <w:color w:val="12324B"/>
          <w:sz w:val="20"/>
        </w:rPr>
        <w:t>PODSTAWA WNIOSKU</w:t>
      </w:r>
    </w:p>
    <w:p>
      <w:pPr>
        <w:spacing w:after="100"/>
        <w:jc w:val="center"/>
      </w:pPr>
      <w:r>
        <w:rPr>
          <w:rFonts w:ascii="Arial" w:hAnsi="Arial" w:eastAsia="Arial"/>
          <w:b/>
          <w:i w:val="0"/>
          <w:color w:val="202B34"/>
          <w:sz w:val="18"/>
        </w:rPr>
        <w:t>Proszę zaznaczyć właściwą sytuację.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018"/>
        <w:gridCol w:w="5018"/>
      </w:tblGrid>
      <w:tr>
        <w:tc>
          <w:tcPr>
            <w:tcW w:type="dxa" w:w="397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start w:w="20" w:type="dxa"/>
              <w:bottom w:w="30" w:type="dxa"/>
              <w:end w:w="40" w:type="dxa"/>
            </w:tcMar>
            <w:vAlign w:val="top"/>
          </w:tcPr>
          <w:p>
            <w:pPr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12324B"/>
                <w:sz w:val="28"/>
              </w:rPr>
              <w:t>☐</w:t>
            </w:r>
          </w:p>
        </w:tc>
        <w:tc>
          <w:tcPr>
            <w:tcW w:type="dxa" w:w="9411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start w:w="20" w:type="dxa"/>
              <w:bottom w:w="30" w:type="dxa"/>
              <w:end w:w="40" w:type="dxa"/>
            </w:tcMar>
            <w:vAlign w:val="top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6"/>
              </w:rPr>
              <w:t>Oświadczam, że zawarłam porozumienie z dłużnikiem co do zapłaty egzekwowanego świadczenia (alimentów). Dłużnik na dzień dzisiejszy nie posiada zaległości na moją rzecz.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018"/>
        <w:gridCol w:w="5018"/>
      </w:tblGrid>
      <w:tr>
        <w:tc>
          <w:tcPr>
            <w:tcW w:type="dxa" w:w="397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start w:w="20" w:type="dxa"/>
              <w:bottom w:w="30" w:type="dxa"/>
              <w:end w:w="40" w:type="dxa"/>
            </w:tcMar>
            <w:vAlign w:val="top"/>
          </w:tcPr>
          <w:p>
            <w:pPr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12324B"/>
                <w:sz w:val="28"/>
              </w:rPr>
              <w:t>☐</w:t>
            </w:r>
          </w:p>
        </w:tc>
        <w:tc>
          <w:tcPr>
            <w:tcW w:type="dxa" w:w="9411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start w:w="20" w:type="dxa"/>
              <w:bottom w:w="30" w:type="dxa"/>
              <w:end w:w="40" w:type="dxa"/>
            </w:tcMar>
            <w:vAlign w:val="top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6"/>
              </w:rPr>
              <w:t>Oświadczam, że w dniu .................................. dłużnik spłacił w całości zaległe świadczenia alimentacyjne w kwocie .............................. bezpośrednio do moich rąk/na wskazany przeze mnie rachunek bankowy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018"/>
        <w:gridCol w:w="5018"/>
      </w:tblGrid>
      <w:tr>
        <w:tc>
          <w:tcPr>
            <w:tcW w:type="dxa" w:w="397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start w:w="20" w:type="dxa"/>
              <w:bottom w:w="30" w:type="dxa"/>
              <w:end w:w="40" w:type="dxa"/>
            </w:tcMar>
            <w:vAlign w:val="top"/>
          </w:tcPr>
          <w:p>
            <w:pPr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12324B"/>
                <w:sz w:val="28"/>
              </w:rPr>
              <w:t>☐</w:t>
            </w:r>
          </w:p>
        </w:tc>
        <w:tc>
          <w:tcPr>
            <w:tcW w:type="dxa" w:w="9411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start w:w="20" w:type="dxa"/>
              <w:bottom w:w="30" w:type="dxa"/>
              <w:end w:w="40" w:type="dxa"/>
            </w:tcMar>
            <w:vAlign w:val="top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6"/>
              </w:rPr>
              <w:t>Oświadczam, że obowiązek alimentacyjny objęty postępowaniem egzekucyjnym wygasł na podstawie prawomocnego orzeczenia sądu/z powodu osiągnięcia pełnoletności alimentowanych/z powodu osiągnięcia samodzielności alimentowanych.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018"/>
        <w:gridCol w:w="5018"/>
      </w:tblGrid>
      <w:tr>
        <w:tc>
          <w:tcPr>
            <w:tcW w:type="dxa" w:w="397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start w:w="20" w:type="dxa"/>
              <w:bottom w:w="30" w:type="dxa"/>
              <w:end w:w="40" w:type="dxa"/>
            </w:tcMar>
            <w:vAlign w:val="top"/>
          </w:tcPr>
          <w:p>
            <w:pPr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12324B"/>
                <w:sz w:val="28"/>
              </w:rPr>
              <w:t>☐</w:t>
            </w:r>
          </w:p>
        </w:tc>
        <w:tc>
          <w:tcPr>
            <w:tcW w:type="dxa" w:w="9411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start w:w="20" w:type="dxa"/>
              <w:bottom w:w="30" w:type="dxa"/>
              <w:end w:w="40" w:type="dxa"/>
            </w:tcMar>
            <w:vAlign w:val="top"/>
          </w:tcPr>
          <w:p>
            <w:pPr>
              <w:spacing w:line="240" w:lineRule="auto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6"/>
              </w:rPr>
              <w:t>Oświadczam, że zawarłam z dłużnikiem porozumienie dotyczące dobrowolnej spłaty pozostałych zaległości w wysokości .................................................. w ratach oraz dalszego regulowania bieżących świadczeń alimentacyjnych</w:t>
            </w:r>
          </w:p>
        </w:tc>
      </w:tr>
    </w:tbl>
    <w:p>
      <w:pPr>
        <w:spacing w:after="0"/>
      </w:pPr>
    </w:p>
    <w:p>
      <w:pPr>
        <w:spacing w:before="40" w:after="0" w:line="240" w:lineRule="auto"/>
        <w:jc w:val="right"/>
      </w:pPr>
      <w:r>
        <w:rPr>
          <w:rFonts w:ascii="Arial" w:hAnsi="Arial" w:eastAsia="Arial"/>
          <w:b w:val="0"/>
          <w:i w:val="0"/>
          <w:color w:val="5F7182"/>
          <w:sz w:val="16"/>
        </w:rPr>
        <w:t>____________________________________________</w:t>
        <w:br/>
      </w:r>
      <w:r>
        <w:rPr>
          <w:rFonts w:ascii="Arial" w:hAnsi="Arial" w:eastAsia="Arial"/>
          <w:b w:val="0"/>
          <w:i w:val="0"/>
          <w:color w:val="5F7182"/>
          <w:sz w:val="15"/>
        </w:rPr>
        <w:t>czytelny podpis wierzyciela</w:t>
      </w:r>
    </w:p>
    <w:sectPr w:rsidR="00FC693F" w:rsidRPr="0006063C" w:rsidSect="00034616">
      <w:footerReference w:type="default" r:id="rId9"/>
      <w:pgSz w:w="11906" w:h="16838"/>
      <w:pgMar w:top="652" w:right="935" w:bottom="65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i w:val="0"/>
        <w:color w:val="5F7182"/>
        <w:sz w:val="14"/>
      </w:rPr>
      <w:t>Formularz pomocniczy - przed złożeniem należy sprawdzić dane i podpisać dokument.   zarebski-koscierzyna.pl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color w:val="202B3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